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תואר ושווא בשמות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שם תואר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שם תואר לשם העצם בזכר/נקבה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שווא נע במילים שהן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הילד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לתאר איך שם העצם נראה או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המרכזי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בעברית שם התואר בא בדרך כלל אחרי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(קטנות)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 לא שייך? הסבירו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רץ, כי זו מילת פעולה ולא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התאמה נכונה במין ובמספר בכל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שמתארת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התאמה במין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שווא נע באחת המילים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המצגת ולבקש מהתלמידים למצוא בעצמם שמות תואר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ההתאמה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'מי לא שייך' אפשר לעודד התלמידים להסביר בקול את הסיבה לבחירה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תואר ושווא בשמות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שם תואר הוא מילה שמתארת איך שם העצם נראה, מרגיש או מתנהג. שם התואר חייב להתאים לשם העצם שהוא מתאר - בזכר או נקבה, וביחיד או רבים. בחלק משמות התואר יש גם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  ·  קטנה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מילה יש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הילד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הילד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הילד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התפקיד של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לציין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לתאר איך שם העצם נראה או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לציין 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לשם העצם במין (זכר/נקבה) ובמספר (יחיד/רבים)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בא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הגן __________ (גדול/גדולה)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הילדה __________ (קטן/קטנה)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קטנות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חתולות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 לא שייך? הסבירו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גדול, קטן, ירוק, רץ - איזו מילה לא שייכת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משפטים, בכל משפט שם עצם ושם תואר שמתאים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 ומה הוא עושה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תואר בזכר ובנקבה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תואר ושווא בשמות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