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תואר ושווא בשמות תואר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זה שם תואר ולמה הוא משמש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להתאים שם תואר לשם העצם בזכר/נקבה ויחיד/רבים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שווא נע במילים שהן שמות 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הילד הגדול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לתאר איך שם העצם נראה או מרגיש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נקייה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גדולים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הכלב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הכלל המרכזי של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בעברית שם התואר בא בדרך כלל אחרי שם העצם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שם תואר יכול לתאר דברים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נהגית המילה - יְ-רוּ-קָה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הצורה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קטנה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מעניינים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גבוה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שם עצם לשם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(גדול)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(גדולה)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(גדולים)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(קטנות)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(ישן)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מי לא שייך? הסבירו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רץ, כי זו מילת פעולה ולא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כיתה, כי זה שם עצם ולא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הולכים, כי זו מילת פעולה ברבים ולא שם תואר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עצמאית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התאמה נכונה במין ובמספר בכל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לבדוק שינוי נכון של שם התואר בין יחיד לרבים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הגדרה: מילה שמתארת שם 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נכונה עם התאמה במין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שווא נע באחת המילים שנלמדו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בהצגת המצגת ולבקש מהתלמידים למצוא בעצמם שמות תואר בדוגמאות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את ההתאמה לפני המעבר לכתיבה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במשחק 'מי לא שייך' אפשר לעודד התלמידים להסביר בקול את הסיבה לבחירה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תואר ושווא בשמות תואר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שם תואר הוא מילה שמספרת איך דבר נראה. למשל: כלב גדול. המילה גדול היא שם תואר.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תואר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איך שם העצם נראה, מרגיש או מתנהג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עצם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שמציינת אדם, חיה, דבר או 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צורת המילה לזכר, כמו: ילד גדול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צורת המילה לנקבה, כמו: ילדה גדולה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יחיד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אחד, כמו: ספר מעניין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רבים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דברים, כמו: ספרים מעניינים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שווא נע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תנועה קצרה מתחת לאות, כמו באות ג במילה גדול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התאמה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כשצורת שם התואר מתאימה לשם העצם במין ובמספר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שם 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מתארת איך הילד?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הילד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הילד הגדול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הילד הלך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הילד קם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משמש שם תואר?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לציין 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לתאר איך שם העצם נראה או מרגיש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לציין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לציין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במשפט 'הכיתה נקייה', מהו שם התואר?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נקייה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היא שם תואר ברבים?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הולכים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במשפט 'הכלב השחור ישן', מהו שם העצם?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חייב להתאים לשם העצם במין (זכר/נקבה) ובמספר (יחיד/רבים)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תמיד בא לפני שם העצם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'גדול' יכולה לתאר גם ילד וגם 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במילה 'ירוקה' יש שווא נע תחת האות 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הצורה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הגן __________ (גדול/גדולה)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הילדה __________ (קטן/קטנה)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הספרים __________ (מעניין/מעניינים)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הבובות __________ (יפה/יפות)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ההר __________ (גבוה/גבוהה)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שם עצם לשם 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שולחן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גדולה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ישן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ילדים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גדול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חתולות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גדולים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קטנות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מי לא שייך? הסבירו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גדול, קטן, ירוק, רץ - איזו מילה לא שייכת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יפה, חכמה, גבוהה, כיתה - איזו מילה לא שייכת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שמנים, רזים, קטנים, הולכים - איזו מילה לא שייכת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משפטים, בכל משפט שם עצם ושם תואר שמתאים 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שם עצם אחד וכתבו אותו ביחיד וברבים עם שם תואר מתאים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שם תואר ומה הוא עושה במשפט?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לשם תואר בזכר ובנקבה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באיזו מילה מהיום יש שווא נע?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שם תואר ושווא בשמות תואר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