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תואר ושווא בשמות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שם תואר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שם תואר לשם העצם בזכר/נקבה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שווא נע במילים שהן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הילד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לתאר איך שם העצם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המרכזי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שם התואר בא בדרך כלל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שם תואר יכול לתאר דברים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נהגית המילה - יְ-רוּ-קָה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(קטנות)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 לא שייך? הסבירו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רץ, כי זו מילת פעולה ולא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כיתה, כי זה שם עצם ולא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הולכים, כי זו מילת פעולה ברבים ולא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התאמה נכונה במין ובמספר בכל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שינוי נכון של שם התואר בין יחיד לרבים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שמתארת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התאמה במין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שווא נע באחת המילים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המצגת ולבקש מהתלמידים למצוא בעצמם שמות תואר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ההתאמה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'מי לא שייך' אפשר לעודד התלמידים להסביר בקול את הסיבה לבחירה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תואר ושווא בשמות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תואר הוא מילה שמתארת איך שם העצם נראה, מרגיש או מתנהג. שם התואר חייב להתאים לשם העצם שהוא מתאר - בזכר או נקבה, וביחיד או רבים. בחלק משמות התואר יש גם שווא.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של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איך שם העצם נראה או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'הכיתה נקייה', מהו שם התואר?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תואר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במשפט 'הכלב השחור ישן', מהו 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 (זכר/נקבה) ובמספר (יחיד/רבים)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'גדול' יכולה לתאר גם ילד וגם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'ירוקה' יש שווא נע תחת האות 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הגן __________ (גדול/גדולה)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__________ (קטן/קטנה)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הספרים __________ (מעניין/מעניינים)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הבובות __________ (יפה/יפות)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ההר __________ (גבוה/גבוהה)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 לא שייך? הסבירו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גדול, קטן, ירוק, רץ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יפה, חכמה, גבוהה, כיתה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שמנים, רזים, קטנים, הולכים - איזו מילה לא שייכת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משפטים, בכל משפט שם עצם ושם תואר שמתאים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אותו ביחיד וברבים עם 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 ומה הוא עושה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בזכר ובנקבה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מילה מהיום יש שווא נע?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תואר ושווא בשמות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